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Datos de Notificación</w:t>
      </w:r>
    </w:p>
    <w:tbl>
      <w:tblPr>
        <w:tblStyle w:val="Table1"/>
        <w:tblW w:w="124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1725"/>
        <w:gridCol w:w="1725"/>
        <w:gridCol w:w="1725"/>
        <w:gridCol w:w="5565"/>
        <w:tblGridChange w:id="0">
          <w:tblGrid>
            <w:gridCol w:w="1725"/>
            <w:gridCol w:w="1725"/>
            <w:gridCol w:w="1725"/>
            <w:gridCol w:w="1725"/>
            <w:gridCol w:w="55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auditada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Lugar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 líder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Agenda de Auditoría</w:t>
      </w:r>
    </w:p>
    <w:tbl>
      <w:tblPr>
        <w:tblStyle w:val="Table2"/>
        <w:tblW w:w="125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6765"/>
        <w:tblGridChange w:id="0">
          <w:tblGrid>
            <w:gridCol w:w="2880"/>
            <w:gridCol w:w="2880"/>
            <w:gridCol w:w="67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1992187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1992187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1992187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Instructivo de llenado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Envía este documento a los responsables de cada área auditada.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Confirma la recepción de la notificación.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Actualiza la agenda si hay cambios en horarios o responsables.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3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4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25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FO-E-PL-14-08</w:t>
          </w:r>
        </w:p>
        <w:p w:rsidR="00000000" w:rsidDel="00000000" w:rsidP="00000000" w:rsidRDefault="00000000" w:rsidRPr="00000000" w14:paraId="00000026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27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8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29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Notificación y agenda de auditoría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2A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B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4NGBEbPa6/5taRcZPPH557FsEg==">CgMxLjAyCGguZ2pkZ3hzOAByITFEelpWS3FHd2VaUDBUSzgxaVd2YmhmVFNGRWRZZFFCeg==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